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재직증명서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발급번호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성명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소속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직무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입사일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재직상태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제출용도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발급 권한이 있는 회사 담당자가 재직 기록을 확인해야 합니다. 타인의 서명·직인을 임의로 만들거나 삽입하지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재직증명서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