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신입사원 오리엔테이션 일정표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진행일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시간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프로그램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장소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진행담당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준비물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오리엔테이션에 참석한 것과 필수 교육을 이수한 것은 다릅니다. 교육별 별도 확인 절차를 운영하세요.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신입사원 오리엔테이션 일정표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