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채용불합격 통지서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대상공고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자료운영 공개채용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전형단계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1차 면접 전형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지원번호 AP-021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이번 전형에서 선발되지 않았음을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감사문구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지원과 면접 참여에 감사드립니다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채용 담당의 공식 문의 창구</w:t>
            </w:r>
          </w:p>
        </w:tc>
      </w:tr>
    </w:tbl>
    <w:p>
      <w:r>
        <w:t>불합격 사유를 추측하거나 성별·연령·가족관계 등과 연결한 표현을 쓰지 마세요. 내부 평가자료 공개 여부나 이의제기 처리는 회사 기준과 관련 요건을 담당자가 별도로 확인해야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채용불합격 통지서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