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채용합격 통지서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공고식별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수신대상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선발결과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다음절차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제출안내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연락기한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채용 관련 통지는 표현과 실제 진행 경위에 따라 중요한 의미를 가질 수 있습니다. 회사가 확정한 내용만 적고, 조건부 선발이나 입사 조건이 포함되면 인사 담당자의 검토와 별도 절차를 거치세요.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채용합격 통지서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