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면접일정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면접직무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면접일시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회신과문의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면접 안내는 채용 확정이나 근로조건 합의를 뜻하지 않습니다. 여러 지원자의 주소를 함께 노출하지 말고, 외부로 공개되면 안 되는 접속 비밀번호와 출입 인증정보는 별도 경로로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면접일정 안내문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