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채용면접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고객지원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지원자코드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DEMO-C01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문제해결 경험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누락을 해결한 사례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절차를 순서대로 설명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추가 사례 확인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평가인</w:t>
            </w:r>
          </w:p>
        </w:tc>
      </w:tr>
    </w:tbl>
    <w:p>
      <w:r>
        <w:t>출신 지역·가족관계 등 직무와 관계없는 정보를 평가 근거로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채용면접 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