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채용면접 평가표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지원직무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지원자코드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평가항목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평가의견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평가자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출신 지역·가족관계 등 직무와 관계없는 정보를 평가 근거로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채용면접 평가표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