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출장복명서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실제방문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당초목적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출장복명서는 지출 증빙이나 계약 체결 사실을 대신하지 않습니다. 비공개 회의 내용과 거래처 개인정보를 불필요하게 옮기지 말고, 상대방의 확정 회신과 단순 논의 내용을 구별하세요.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출장복명서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