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팀프로젝트 역할분담서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공개자료 분류 개선 과제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팀원 A·사례 수집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맡은결과물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비교할 공개 사례 5건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연결할작업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팀원 B의 비교표 작성과 연결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합칠시점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2026-10-22 공동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공동확인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전체 내용·출처를 팀에서 검토</w:t>
            </w:r>
          </w:p>
        </w:tc>
      </w:tr>
    </w:tbl>
    <w:p>
      <w:r>
        <w:t>분담표를 팀원의 성적을 임의로 확정하거나 기여를 독점하는 자료로 사용하지 마세요. 인용·자료 이용과 공동 제출 규칙을 확인합니다.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팀프로젝트 역할분담서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