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조교 업무일지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44"/>
        <w:gridCol w:w="1644"/>
        <w:gridCol w:w="1644"/>
        <w:gridCol w:w="1644"/>
        <w:gridCol w:w="1644"/>
        <w:gridCol w:w="1644"/>
      </w:tblGrid>
      <w:tr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업무일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지원영역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요청업무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처리상태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확인대상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다음조치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학생 성적·학적·연락처를 일반 업무일지에 옮기지 마세요. 성적 처리나 증명서 발급 등 권한이 필요한 작업은 담당자의 별도 절차를 따릅니다. 학교·기관 지정 양식이 있으면 우선 사용하며, 이 기록은 공식 증명서를 대신하지 않습니다.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조교 업무일지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