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현장실습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실습일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배운내용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지도피드백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고객정보·영업비밀·환자정보 등을 일지에 옮기지 마세요. 실습 평가나 학점 인정은 소속 학교와 기관의 실제 기준에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현장실습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