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교육프로그램 만족도조사표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프로그램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자료분류 기초 특강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3회 중 2회 참여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내용질문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설명이 실습을 수행하는 데 도움됐는가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실습 시간과 자료 안내가 적절했는가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응답기준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불편·보통·도움됨·해당 없음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개선제안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경계 사례 예시를 더 보고 싶음</w:t>
            </w:r>
          </w:p>
        </w:tc>
      </w:tr>
    </w:tbl>
    <w:p>
      <w:r>
        <w:t>만족도는 학습 성취나 강사의 역량을 직접 증명하지 않습니다. 익명 여부는 실제 수집 방식에 맞게 알리고 원문 응답의 공개 범위를 제한합니다.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교육프로그램 만족도조사표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