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교육프로그램 만족도조사표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내용질문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응답기준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만족도는 학습 성취나 강사의 역량을 직접 증명하지 않습니다. 익명 여부는 실제 수집 방식에 맞게 알리고 원문 응답의 공개 범위를 제한합니다.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교육프로그램 만족도조사표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