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성적기록표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평가식별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학습자식별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확인원점수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채점근거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검토상태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수정이력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활동점검 EV-014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수강번호 ST-014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예시 8점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채점기록 DEMO-SC01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입력 확인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합산 오류 확인 후 정정 예정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합산·등급·학점 판정은 학교의 공식 평가 기준과 절차를 따릅니다. 학생별 결과를 공개 게시하거나 이 표를 공식 성적증명서로 사용하지 마세요.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성적기록표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