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강의 출석부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수업회차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참석상태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보완메모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기초강의 3회차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수강번호 CL-014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확인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담당자 현장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출석 누락 문의 확인 예정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일반 강의 운영 기록이며 학점·수료·장학 요건을 자동 판정하지 않습니다. 이름과 출석 상태가 불필요하게 공개되지 않도록 관리합니다.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 출석부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