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학습지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학습주제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분류의 기준 찾기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제시된 가상 사례 3개 사용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비슷한 자료를 나눈 기준은 무엇인가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나의풀이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예시: 용도 기준으로 나누었다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스스로확인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선택한 기준을 사례에 적용했는가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다시볼내용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경계 사례는 다른 기준과 비교</w:t>
            </w:r>
          </w:p>
        </w:tc>
      </w:tr>
    </w:tbl>
    <w:p>
      <w:r>
        <w:t>예시 활동은 학습자 수준에 맞게 바꿔 사용하세요. 교재의 문제나 그림을 허락 없이 복제하지 말고, 개인정보가 필요 없는 식별 방식을 씁니다.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학습지 양식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