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학습지 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학습주제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나의풀이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스스로확인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다시볼내용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예시 활동은 학습자 수준에 맞게 바꿔 사용하세요. 교재의 문제나 그림을 허락 없이 복제하지 말고, 개인정보가 필요 없는 식별 방식을 씁니다.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학습지 양식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