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시험지 출제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정답검토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표현검토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자료출처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문항과 정답의 보안을 유지하고 검토 자료를 공개 폴더에 올리지 마세요. 점검표가 공인 시험의 출제 심사나 저작권 허락을 대신하지 않습니다.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시험지 출제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