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강의계획서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강좌명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학습목표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차시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주제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활동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준비물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확인방법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수강만으로 자격이나 취업이 보장된다는 문구를 넣지 마세요. 과정 변경은 수강자에게 안내합니다.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강의계획서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