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학부모 의견서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의견주제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학습자료 이용 방법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2026년 10월 12일 저녁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직접확인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준비물 목록을 찾는 데 어려움 표현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자녀의견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목록을 한곳에서 보고 싶다고 말함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보호자제안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주간 안내 자료 위치 확인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회신희망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학교가 정한 상담 경로로 회신</w:t>
            </w:r>
          </w:p>
        </w:tc>
      </w:tr>
    </w:tbl>
    <w:p>
      <w:r>
        <w:t>다른 학생의 이름이나 확인되지 않은 비난을 쓰지 마세요. 안전·피해 신고는 일반 의견 전달과 별도의 담당 절차로 안내받습니다.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학부모 의견서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