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학부모 의견서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의견주제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자녀의견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보호자제안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회신희망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다른 학생의 이름이나 확인되지 않은 비난을 쓰지 마세요. 안전·피해 신고는 일반 의견 전달과 별도의 담당 절차로 안내받습니다.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학부모 의견서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