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학생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미관찰항목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다음연습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지능·성격·장애를 진단하는 도구가 아닙니다. 한 활동의 결과로 학생 전체를 단정하지 말고 개인별 기록의 공개 범위를 제한하세요.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 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