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학습진도표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단원범위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이해확인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복습할내용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다음진도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기초분류 2단원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설명 완료·연습 진행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분류 이유를 말로 설명함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경계 사례 2개 다시 비교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복습 확인 후 3단원 시작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진도 완료가 학습 숙달이나 성적 향상을 보장하지 않습니다. 여러 학생에게 공유할 때 개인별 학습 정보가 섞이지 않게 확인합니다.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학습진도표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