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학원 상담카드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수업조건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안내한내용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상담만으로 수강 계약이나 성적 향상이 보장되지 않습니다. 미성년자의 연락처·민감정보는 필요한 범위와 접근 권한을 확인해 다룹니다.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학원 상담카드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