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공구 대여관리대장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대여일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공구번호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공구명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대여자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반납예정일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구성품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반출상태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반납상태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DEMO-TL01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수공구 세트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가상 대여인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2026-10-15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공구 목록 별첨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외관 확인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반납 전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기술이 필요한 장비는 사용 자격과 교육을 별도 확인하세요. 대여 기록이 장비의 안전성을 보증하지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공구 대여관리대장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