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테스트 시나리오표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기능명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시나리오번호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실행절차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기대결과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실제 실행 전에는 통과로 표시하지 마세요. 실패한 항목은 재현 조건과 수정 확인을 연결합니다.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테스트 시나리오표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