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서비스 배포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배포예정일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검색 화면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검색 호환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정적 검사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 환경 응답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되돌림기준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핵심 기능 오류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배포담당</w:t>
            </w:r>
          </w:p>
        </w:tc>
      </w:tr>
    </w:tbl>
    <w:p>
      <w:r>
        <w:t>실행하지 않은 시험을 통과로 표시하지 마세요. 되돌림 절차가 실제로 가능한지 배포 전에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배포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