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구매 비교견적표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구매대상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비교업체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본체금액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서로 다른 사양의 가격을 같은 조건인 것처럼 비교하지 마세요. 확인되지 않은 비용은 미확인으로 둡니다.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구매 비교견적표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