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공공시설 이용신청 준비표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시설명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희망시간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이용목적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예상인원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필요장비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준비표는 예약 확인서가 아닙니다. 담당기관의 확정 회신 전에는 예약 완료로 안내하지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공공시설 이용신청 준비표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