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반려동물 돌봄일지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기록일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동물표시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돌봄시간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식사기록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활동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관찰메모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전달사항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건강 이상이나 투약 문제는 보호자와 수의사에게 확인하세요. 다른 동물의 식사·운동 예시를 그대로 적용하지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반려동물 돌봄일지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