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주문관리대장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주문일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주문번호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상품코드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수량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결제상태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출고상태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예정출고일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DEMO-ORDER01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DEMO-P01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2개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결제 확인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포장 대기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2026-10-15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주문 취소·반품·재출고는 기존 행을 지우기보다 연결 기록으로 남겨 수량 중복을 막으세요.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주문관리대장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