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진료예약 준비메모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예약시간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방문기관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의료기관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기관 안내에 따라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질문메모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이전 검사자료 필요 여부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동행계획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필요 시 협의</w:t>
            </w:r>
          </w:p>
        </w:tc>
      </w:tr>
    </w:tbl>
    <w:p>
      <w:r>
        <w:t>검사 준비나 복약 중단은 의료기관의 개별 안내를 따르세요. 일반 메모의 예시를 의료 지시로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진료예약 준비메모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