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가족서류 준비 체크리스트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절차명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요구서류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발급주체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원본여부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유효요건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가족관계증명서나 주민등록등본은 이 사이트의 빈 양식으로 만들어 제출할 수 없습니다.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가족서류 준비 체크리스트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