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결혼준비 예산표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실제계약액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선지급액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잔금기일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부담구분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예식장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견적 확인 후 입력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계약 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미정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협의 필요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취소·변경 조건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계약 전 추정한 예산과 확정 지출을 구분하세요. 환불 가능 금액을 임의로 계산하지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결혼준비 예산표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