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운동기록표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운동일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운동종류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활동전상태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활동후메모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다음계획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통증이나 이상 증상이 있으면 활동을 중단하고 적절한 도움을 받으세요. 기록을 근거로 강도를 무리하게 늘리지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