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후원금 사용내역서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기초잔액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후원수입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양식으로 공제용 기부금 영수증 발급 자격을 증명할 수 없습니다. 후원자 개인정보는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후원금 사용내역서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