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콘텐츠 제작일정표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콘텐츠주제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채널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기획담당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초안기한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검수기한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게시예정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준비상태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서류 정리 안내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자사 페이지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기획인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2026-10-20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2026-10-23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2026-10-26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자료 확인 중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출처 확인과 자료 이용권한이 준비되지 않았다면 게시 완료로 처리하지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콘텐츠 제작일정표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