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콘텐츠 제작일정표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콘텐츠주제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채널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기획담당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초안기한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검수기한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게시예정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준비상태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출처 확인과 자료 이용권한이 준비되지 않았다면 게시 완료로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콘텐츠 제작일정표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