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공사 작업일지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현장명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투입인원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주요자재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작성자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실내 정리현장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2층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자재 배치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3명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보관선반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통로 확보 후 작업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담당인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업무 기록입니다. 법정 현장일지나 전문 안전점검 서류를 대체하지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작업일지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