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돌봄용품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용품명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보유수량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사용수량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보충필요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생활용 수건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보관함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3개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없음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의약품 재고와 복용 지시를 생활용품 장부에 섞지 마세요. 위생상 이상이 있으면 사용을 중단하고 담당자에게 알립니다.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돌봄용품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