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오류 신고서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재현순서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사용환경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스크린샷에 인증정보·개인정보·전체 고객자료가 포함되지 않도록 가리세요.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오류 신고서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