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IT 자산관리대장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등록일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자산번호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장비명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배치위치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사용담당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장비상태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이력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DEMO-IT01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업무용 노트북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가상 사무실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가상 담당인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사용 중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신규 등록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장비의 관리자 암호나 개인 계정 비밀번호를 자산대장에 저장하지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자산관리대장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