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IT 자산관리대장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3"/>
        <w:gridCol w:w="1233"/>
        <w:gridCol w:w="1233"/>
        <w:gridCol w:w="1233"/>
        <w:gridCol w:w="1233"/>
        <w:gridCol w:w="1233"/>
        <w:gridCol w:w="1233"/>
        <w:gridCol w:w="1233"/>
      </w:tblGrid>
      <w:tr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등록일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자산번호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장비명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배치위치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사용담당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장비상태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확인일</w:t>
            </w:r>
          </w:p>
        </w:tc>
        <w:tc>
          <w:tcPr>
            <w:tcW w:type="dxa" w:w="1233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이력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233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장비의 관리자 암호나 개인 계정 비밀번호를 자산대장에 저장하지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 자산관리대장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