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테스트 결과보고서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시험묶음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검증 RUN-014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실행환경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시험환경·브라우저 표기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검색·빈 결과 시나리오 4건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3건 확인·1건 수정 필요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증거와오류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화면기록 DEMO-TS01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재확인계획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수정본에서 해당 1건 재실행</w:t>
            </w:r>
          </w:p>
        </w:tc>
      </w:tr>
    </w:tbl>
    <w:p>
      <w:r>
        <w:t>선택한 시나리오의 결과이며 모든 오류가 없거나 보안·접근성 기준을 충족한다고 보장하지 않습니다. 실제 이용자 데이터는 쓰지 말고, 운영 환경 시험은 담당자의 승인과 별도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테스트 결과보고서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