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산출물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인계묶음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결과물 PKG-014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파일과버전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안내사이트 v0.3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승인된 저장소의 인계 폴더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테스트 결과 DEMO-PK01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남은제약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시험 데이터만 포함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 B 다운로드·실행 확인 대기</w:t>
            </w:r>
          </w:p>
        </w:tc>
      </w:tr>
    </w:tbl>
    <w:p>
      <w:r>
        <w:t>파일 전달은 저작권 이전·계약상 검수 완료·대금 지급 조건을 자동 확정하지 않습니다. 개인정보·비밀키·개발용 인증정보를 제거하고 권리와 계약 범위는 기존 합의에서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산출물 인수인계서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