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직원 IT 지원요청서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지원식별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업무대상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관찰증상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업무영향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해본확인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지원조건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비밀번호·인증번호·비공개 문서를 지원 요청에 넣지 마세요. 원격 접속·프로그램 설치·설정 변경은 사내 지원 기준과 본인 확인 절차에 따르며, 임의 복구로 업무자료를 덮어쓰지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직원 IT 지원요청서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