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백업점검표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확인시점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대상범위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실행기록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보관확인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복원확인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다음조치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 09:00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시험용 문서 저장소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실행 JOB-014 확인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승인 저장소의 보관 여부 확인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시험 자료 복원 검증 대기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담당자와 검증 일정 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백업 성공 메시지만으로 모든 데이터의 복원 가능성을 보장하지 않습니다. 운영 환경을 임의로 복원하거나 삭제하지 말고, 실제 복원 시험은 승인된 환경·권한·절차로 수행하세요.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백업점검표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