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보안점검표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점검대상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업무용 PC PC-014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화면 잠금 설정 여부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담당자 설정 화면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기준 적용 여부 확인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조치담당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IT 담당 B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21일 다시 확인</w:t>
            </w:r>
          </w:p>
        </w:tc>
      </w:tr>
    </w:tbl>
    <w:p>
      <w:r>
        <w:t>기본 관찰표이며 보안 인증·취약점 부재·침해 방지를 보장하지 않습니다. 허가 없는 스캔이나 설정 변경은 하지 말고, 비밀번호와 취약점 상세 내용은 일반 공유 문서에 적지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보안점검표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