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계정폐기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종료대상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종료근거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사전인계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종료조치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검증상태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잔여확인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계정 종료 기록은 개인정보 파기 증명이나 법적 보존 의무 충족을 뜻하지 않습니다. 업무자료 보존·이관과 실제 계정 삭제는 권한 있는 담당자의 기준을 따르고 인증정보를 기록하지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계정폐기 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