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검수확인서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검수일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검수 확인을 저작권 양도나 모든 하자 책임 면제와 자동으로 연결하지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검수확인서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